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E0DC2" w14:textId="77777777" w:rsidR="00D27000" w:rsidRPr="005013BD" w:rsidRDefault="00000000">
      <w:pPr>
        <w:jc w:val="center"/>
        <w:rPr>
          <w:sz w:val="28"/>
          <w:szCs w:val="28"/>
          <w:lang w:eastAsia="zh-TW"/>
        </w:rPr>
      </w:pPr>
      <w:proofErr w:type="gramStart"/>
      <w:r w:rsidRPr="005013BD">
        <w:rPr>
          <w:b/>
          <w:color w:val="1B365D"/>
          <w:sz w:val="28"/>
          <w:szCs w:val="28"/>
          <w:lang w:eastAsia="zh-TW"/>
        </w:rPr>
        <w:t>臺</w:t>
      </w:r>
      <w:proofErr w:type="gramEnd"/>
      <w:r w:rsidRPr="005013BD">
        <w:rPr>
          <w:b/>
          <w:color w:val="1B365D"/>
          <w:sz w:val="28"/>
          <w:szCs w:val="28"/>
          <w:lang w:eastAsia="zh-TW"/>
        </w:rPr>
        <w:t>中市立東山高級中學國中部</w:t>
      </w:r>
      <w:r w:rsidRPr="005013BD">
        <w:rPr>
          <w:b/>
          <w:color w:val="1B365D"/>
          <w:sz w:val="28"/>
          <w:szCs w:val="28"/>
          <w:lang w:eastAsia="zh-TW"/>
        </w:rPr>
        <w:br/>
        <w:t>班級校內活動暫停營養午餐配套措施備查表</w:t>
      </w:r>
    </w:p>
    <w:p w14:paraId="5F9A37E3" w14:textId="77777777" w:rsidR="00D27000" w:rsidRPr="005013BD" w:rsidRDefault="00000000">
      <w:pPr>
        <w:rPr>
          <w:sz w:val="24"/>
          <w:szCs w:val="24"/>
          <w:lang w:eastAsia="zh-TW"/>
        </w:rPr>
      </w:pPr>
      <w:r w:rsidRPr="005013BD">
        <w:rPr>
          <w:b/>
          <w:color w:val="1B365D"/>
          <w:sz w:val="24"/>
          <w:szCs w:val="24"/>
          <w:lang w:eastAsia="zh-TW"/>
        </w:rPr>
        <w:t>壹、 申請班級基本資料</w:t>
      </w:r>
    </w:p>
    <w:tbl>
      <w:tblPr>
        <w:tblW w:w="0" w:type="auto"/>
        <w:jc w:val="center"/>
        <w:tblBorders>
          <w:top w:val="single" w:sz="6" w:space="0" w:color="B0C4DE"/>
          <w:left w:val="single" w:sz="6" w:space="0" w:color="B0C4DE"/>
          <w:bottom w:val="single" w:sz="6" w:space="0" w:color="B0C4DE"/>
          <w:right w:val="single" w:sz="6" w:space="0" w:color="B0C4DE"/>
          <w:insideH w:val="single" w:sz="6" w:space="0" w:color="B0C4DE"/>
          <w:insideV w:val="single" w:sz="6" w:space="0" w:color="B0C4DE"/>
        </w:tblBorders>
        <w:tblLook w:val="04A0" w:firstRow="1" w:lastRow="0" w:firstColumn="1" w:lastColumn="0" w:noHBand="0" w:noVBand="1"/>
      </w:tblPr>
      <w:tblGrid>
        <w:gridCol w:w="1726"/>
        <w:gridCol w:w="3307"/>
        <w:gridCol w:w="1725"/>
        <w:gridCol w:w="3306"/>
      </w:tblGrid>
      <w:tr w:rsidR="00D27000" w:rsidRPr="005013BD" w14:paraId="2DC7D90F" w14:textId="77777777" w:rsidTr="00127B5E">
        <w:trPr>
          <w:trHeight w:val="598"/>
          <w:jc w:val="center"/>
        </w:trPr>
        <w:tc>
          <w:tcPr>
            <w:tcW w:w="1728" w:type="dxa"/>
            <w:shd w:val="clear" w:color="auto" w:fill="F0F4F8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A5EE6A4" w14:textId="77777777" w:rsidR="00D27000" w:rsidRPr="005013BD" w:rsidRDefault="00000000" w:rsidP="00127B5E">
            <w:pPr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5013BD">
              <w:rPr>
                <w:b/>
                <w:sz w:val="24"/>
                <w:szCs w:val="24"/>
              </w:rPr>
              <w:t>申請班級</w:t>
            </w:r>
            <w:proofErr w:type="spellEnd"/>
          </w:p>
        </w:tc>
        <w:tc>
          <w:tcPr>
            <w:tcW w:w="3312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5C2FFFC" w14:textId="7C7A9FC4" w:rsidR="00D27000" w:rsidRPr="005013BD" w:rsidRDefault="00000000" w:rsidP="00127B5E">
            <w:pPr>
              <w:spacing w:after="0"/>
              <w:rPr>
                <w:sz w:val="24"/>
                <w:szCs w:val="24"/>
              </w:rPr>
            </w:pPr>
            <w:r w:rsidRPr="005013BD">
              <w:rPr>
                <w:sz w:val="24"/>
                <w:szCs w:val="24"/>
              </w:rPr>
              <w:t xml:space="preserve">國中　</w:t>
            </w:r>
            <w:r w:rsidR="00127B5E">
              <w:rPr>
                <w:rFonts w:hint="eastAsia"/>
                <w:sz w:val="24"/>
                <w:szCs w:val="24"/>
                <w:lang w:eastAsia="zh-TW"/>
              </w:rPr>
              <w:t xml:space="preserve"> </w:t>
            </w:r>
            <w:r w:rsidRPr="005013BD">
              <w:rPr>
                <w:sz w:val="24"/>
                <w:szCs w:val="24"/>
              </w:rPr>
              <w:t xml:space="preserve">　年　</w:t>
            </w:r>
            <w:r w:rsidR="00127B5E">
              <w:rPr>
                <w:rFonts w:hint="eastAsia"/>
                <w:sz w:val="24"/>
                <w:szCs w:val="24"/>
                <w:lang w:eastAsia="zh-TW"/>
              </w:rPr>
              <w:t xml:space="preserve"> </w:t>
            </w:r>
            <w:r w:rsidRPr="005013BD">
              <w:rPr>
                <w:sz w:val="24"/>
                <w:szCs w:val="24"/>
              </w:rPr>
              <w:t xml:space="preserve">　班</w:t>
            </w:r>
          </w:p>
        </w:tc>
        <w:tc>
          <w:tcPr>
            <w:tcW w:w="1728" w:type="dxa"/>
            <w:shd w:val="clear" w:color="auto" w:fill="F0F4F8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4E361A8" w14:textId="77777777" w:rsidR="00D27000" w:rsidRPr="005013BD" w:rsidRDefault="00000000" w:rsidP="00127B5E">
            <w:pPr>
              <w:spacing w:after="0"/>
              <w:jc w:val="center"/>
              <w:rPr>
                <w:sz w:val="24"/>
                <w:szCs w:val="24"/>
              </w:rPr>
            </w:pPr>
            <w:r w:rsidRPr="005013BD">
              <w:rPr>
                <w:b/>
                <w:sz w:val="24"/>
                <w:szCs w:val="24"/>
              </w:rPr>
              <w:t>導師姓名</w:t>
            </w:r>
          </w:p>
        </w:tc>
        <w:tc>
          <w:tcPr>
            <w:tcW w:w="3312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2262E38" w14:textId="77777777" w:rsidR="00D27000" w:rsidRPr="005013BD" w:rsidRDefault="00000000" w:rsidP="00127B5E">
            <w:pPr>
              <w:spacing w:after="0"/>
              <w:rPr>
                <w:sz w:val="24"/>
                <w:szCs w:val="24"/>
              </w:rPr>
            </w:pPr>
            <w:r w:rsidRPr="005013BD">
              <w:rPr>
                <w:sz w:val="24"/>
                <w:szCs w:val="24"/>
              </w:rPr>
              <w:t>＿＿＿＿＿＿＿ 老師</w:t>
            </w:r>
          </w:p>
        </w:tc>
      </w:tr>
      <w:tr w:rsidR="00D27000" w:rsidRPr="005013BD" w14:paraId="1D22EC63" w14:textId="77777777" w:rsidTr="00127B5E">
        <w:trPr>
          <w:trHeight w:val="1005"/>
          <w:jc w:val="center"/>
        </w:trPr>
        <w:tc>
          <w:tcPr>
            <w:tcW w:w="1728" w:type="dxa"/>
            <w:shd w:val="clear" w:color="auto" w:fill="F0F4F8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6DEEF8F" w14:textId="77777777" w:rsidR="00D27000" w:rsidRPr="005013BD" w:rsidRDefault="00000000" w:rsidP="00127B5E">
            <w:pPr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5013BD">
              <w:rPr>
                <w:b/>
                <w:sz w:val="24"/>
                <w:szCs w:val="24"/>
              </w:rPr>
              <w:t>停餐日期</w:t>
            </w:r>
            <w:proofErr w:type="spellEnd"/>
          </w:p>
        </w:tc>
        <w:tc>
          <w:tcPr>
            <w:tcW w:w="3312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798494A" w14:textId="77777777" w:rsidR="00127B5E" w:rsidRDefault="00000000" w:rsidP="00127B5E">
            <w:pPr>
              <w:spacing w:after="0"/>
              <w:rPr>
                <w:sz w:val="24"/>
                <w:szCs w:val="24"/>
                <w:lang w:eastAsia="zh-TW"/>
              </w:rPr>
            </w:pPr>
            <w:r w:rsidRPr="005013BD">
              <w:rPr>
                <w:sz w:val="24"/>
                <w:szCs w:val="24"/>
                <w:lang w:eastAsia="zh-TW"/>
              </w:rPr>
              <w:t>民國　　年　　月　　日</w:t>
            </w:r>
          </w:p>
          <w:p w14:paraId="11993C5C" w14:textId="07501DEA" w:rsidR="00D27000" w:rsidRPr="005013BD" w:rsidRDefault="00000000" w:rsidP="00127B5E">
            <w:pPr>
              <w:spacing w:after="0"/>
              <w:rPr>
                <w:sz w:val="24"/>
                <w:szCs w:val="24"/>
                <w:lang w:eastAsia="zh-TW"/>
              </w:rPr>
            </w:pPr>
            <w:r w:rsidRPr="005013BD">
              <w:rPr>
                <w:sz w:val="24"/>
                <w:szCs w:val="24"/>
                <w:lang w:eastAsia="zh-TW"/>
              </w:rPr>
              <w:t>（星期　）</w:t>
            </w:r>
          </w:p>
        </w:tc>
        <w:tc>
          <w:tcPr>
            <w:tcW w:w="1728" w:type="dxa"/>
            <w:shd w:val="clear" w:color="auto" w:fill="F0F4F8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EAD4F1E" w14:textId="77777777" w:rsidR="00D27000" w:rsidRPr="005013BD" w:rsidRDefault="00000000" w:rsidP="00127B5E">
            <w:pPr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5013BD">
              <w:rPr>
                <w:b/>
                <w:sz w:val="24"/>
                <w:szCs w:val="24"/>
              </w:rPr>
              <w:t>活動名稱</w:t>
            </w:r>
            <w:proofErr w:type="spellEnd"/>
          </w:p>
        </w:tc>
        <w:tc>
          <w:tcPr>
            <w:tcW w:w="3312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9C1067F" w14:textId="77777777" w:rsidR="00D27000" w:rsidRPr="005013BD" w:rsidRDefault="00000000" w:rsidP="00127B5E">
            <w:pPr>
              <w:spacing w:after="0"/>
              <w:rPr>
                <w:sz w:val="24"/>
                <w:szCs w:val="24"/>
              </w:rPr>
            </w:pPr>
            <w:r w:rsidRPr="005013BD">
              <w:rPr>
                <w:sz w:val="24"/>
                <w:szCs w:val="24"/>
              </w:rPr>
              <w:t>＿＿＿＿＿＿＿＿＿＿</w:t>
            </w:r>
          </w:p>
        </w:tc>
      </w:tr>
      <w:tr w:rsidR="00D27000" w:rsidRPr="005013BD" w14:paraId="10CD0B2C" w14:textId="77777777" w:rsidTr="00127B5E">
        <w:trPr>
          <w:trHeight w:val="1135"/>
          <w:jc w:val="center"/>
        </w:trPr>
        <w:tc>
          <w:tcPr>
            <w:tcW w:w="1728" w:type="dxa"/>
            <w:shd w:val="clear" w:color="auto" w:fill="F0F4F8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FD358EC" w14:textId="77777777" w:rsidR="00D27000" w:rsidRPr="005013BD" w:rsidRDefault="00000000" w:rsidP="00127B5E">
            <w:pPr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5013BD">
              <w:rPr>
                <w:b/>
                <w:sz w:val="24"/>
                <w:szCs w:val="24"/>
              </w:rPr>
              <w:t>人數統計</w:t>
            </w:r>
            <w:proofErr w:type="spellEnd"/>
            <w:r w:rsidRPr="005013BD">
              <w:rPr>
                <w:b/>
                <w:sz w:val="24"/>
                <w:szCs w:val="24"/>
              </w:rPr>
              <w:br/>
            </w:r>
            <w:proofErr w:type="spellStart"/>
            <w:r w:rsidRPr="005013BD">
              <w:rPr>
                <w:b/>
                <w:sz w:val="24"/>
                <w:szCs w:val="24"/>
              </w:rPr>
              <w:t>與意願</w:t>
            </w:r>
            <w:proofErr w:type="spellEnd"/>
          </w:p>
        </w:tc>
        <w:tc>
          <w:tcPr>
            <w:tcW w:w="7560" w:type="dxa"/>
            <w:gridSpan w:val="3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091BF4E" w14:textId="27701C7B" w:rsidR="00127B5E" w:rsidRDefault="00000000" w:rsidP="00127B5E">
            <w:pPr>
              <w:spacing w:after="0"/>
              <w:rPr>
                <w:sz w:val="24"/>
                <w:szCs w:val="24"/>
                <w:lang w:eastAsia="zh-TW"/>
              </w:rPr>
            </w:pPr>
            <w:r w:rsidRPr="005013BD">
              <w:rPr>
                <w:sz w:val="24"/>
                <w:szCs w:val="24"/>
                <w:lang w:eastAsia="zh-TW"/>
              </w:rPr>
              <w:t>班級總人數：</w:t>
            </w:r>
            <w:proofErr w:type="gramStart"/>
            <w:r w:rsidRPr="005013BD">
              <w:rPr>
                <w:sz w:val="24"/>
                <w:szCs w:val="24"/>
                <w:lang w:eastAsia="zh-TW"/>
              </w:rPr>
              <w:t>＿</w:t>
            </w:r>
            <w:r w:rsidR="00127B5E" w:rsidRPr="005013BD">
              <w:rPr>
                <w:sz w:val="24"/>
                <w:szCs w:val="24"/>
                <w:lang w:eastAsia="zh-TW"/>
              </w:rPr>
              <w:t>＿＿</w:t>
            </w:r>
            <w:r w:rsidRPr="005013BD">
              <w:rPr>
                <w:sz w:val="24"/>
                <w:szCs w:val="24"/>
                <w:lang w:eastAsia="zh-TW"/>
              </w:rPr>
              <w:t>＿</w:t>
            </w:r>
            <w:proofErr w:type="gramEnd"/>
            <w:r w:rsidRPr="005013BD">
              <w:rPr>
                <w:sz w:val="24"/>
                <w:szCs w:val="24"/>
                <w:lang w:eastAsia="zh-TW"/>
              </w:rPr>
              <w:t xml:space="preserve">人　　</w:t>
            </w:r>
          </w:p>
          <w:p w14:paraId="4A073019" w14:textId="297E7F0F" w:rsidR="00D27000" w:rsidRPr="005013BD" w:rsidRDefault="00000000" w:rsidP="00127B5E">
            <w:pPr>
              <w:spacing w:after="0"/>
              <w:rPr>
                <w:sz w:val="24"/>
                <w:szCs w:val="24"/>
                <w:lang w:eastAsia="zh-TW"/>
              </w:rPr>
            </w:pPr>
            <w:proofErr w:type="gramStart"/>
            <w:r w:rsidRPr="005013BD">
              <w:rPr>
                <w:sz w:val="24"/>
                <w:szCs w:val="24"/>
                <w:lang w:eastAsia="zh-TW"/>
              </w:rPr>
              <w:t>同意停餐</w:t>
            </w:r>
            <w:proofErr w:type="gramEnd"/>
            <w:r w:rsidRPr="005013BD">
              <w:rPr>
                <w:sz w:val="24"/>
                <w:szCs w:val="24"/>
                <w:lang w:eastAsia="zh-TW"/>
              </w:rPr>
              <w:t>：</w:t>
            </w:r>
            <w:proofErr w:type="gramStart"/>
            <w:r w:rsidRPr="005013BD">
              <w:rPr>
                <w:sz w:val="24"/>
                <w:szCs w:val="24"/>
                <w:lang w:eastAsia="zh-TW"/>
              </w:rPr>
              <w:t>＿</w:t>
            </w:r>
            <w:r w:rsidR="00127B5E" w:rsidRPr="005013BD">
              <w:rPr>
                <w:sz w:val="24"/>
                <w:szCs w:val="24"/>
                <w:lang w:eastAsia="zh-TW"/>
              </w:rPr>
              <w:t>＿＿</w:t>
            </w:r>
            <w:r w:rsidRPr="005013BD">
              <w:rPr>
                <w:sz w:val="24"/>
                <w:szCs w:val="24"/>
                <w:lang w:eastAsia="zh-TW"/>
              </w:rPr>
              <w:t>＿</w:t>
            </w:r>
            <w:proofErr w:type="gramEnd"/>
            <w:r w:rsidRPr="005013BD">
              <w:rPr>
                <w:sz w:val="24"/>
                <w:szCs w:val="24"/>
                <w:lang w:eastAsia="zh-TW"/>
              </w:rPr>
              <w:t xml:space="preserve">人　</w:t>
            </w:r>
            <w:r w:rsidR="00127B5E">
              <w:rPr>
                <w:rFonts w:hint="eastAsia"/>
                <w:sz w:val="24"/>
                <w:szCs w:val="24"/>
                <w:lang w:eastAsia="zh-TW"/>
              </w:rPr>
              <w:t xml:space="preserve">  </w:t>
            </w:r>
            <w:r w:rsidRPr="005013BD">
              <w:rPr>
                <w:sz w:val="24"/>
                <w:szCs w:val="24"/>
                <w:lang w:eastAsia="zh-TW"/>
              </w:rPr>
              <w:t xml:space="preserve">　不</w:t>
            </w:r>
            <w:proofErr w:type="gramStart"/>
            <w:r w:rsidRPr="005013BD">
              <w:rPr>
                <w:sz w:val="24"/>
                <w:szCs w:val="24"/>
                <w:lang w:eastAsia="zh-TW"/>
              </w:rPr>
              <w:t>同意停餐</w:t>
            </w:r>
            <w:proofErr w:type="gramEnd"/>
            <w:r w:rsidRPr="005013BD">
              <w:rPr>
                <w:sz w:val="24"/>
                <w:szCs w:val="24"/>
                <w:lang w:eastAsia="zh-TW"/>
              </w:rPr>
              <w:t>：</w:t>
            </w:r>
            <w:proofErr w:type="gramStart"/>
            <w:r w:rsidR="00127B5E" w:rsidRPr="005013BD">
              <w:rPr>
                <w:sz w:val="24"/>
                <w:szCs w:val="24"/>
                <w:lang w:eastAsia="zh-TW"/>
              </w:rPr>
              <w:t>＿＿</w:t>
            </w:r>
            <w:r w:rsidRPr="005013BD">
              <w:rPr>
                <w:sz w:val="24"/>
                <w:szCs w:val="24"/>
                <w:lang w:eastAsia="zh-TW"/>
              </w:rPr>
              <w:t>＿＿</w:t>
            </w:r>
            <w:proofErr w:type="gramEnd"/>
            <w:r w:rsidRPr="005013BD">
              <w:rPr>
                <w:sz w:val="24"/>
                <w:szCs w:val="24"/>
                <w:lang w:eastAsia="zh-TW"/>
              </w:rPr>
              <w:t>人</w:t>
            </w:r>
            <w:r w:rsidRPr="005013BD">
              <w:rPr>
                <w:sz w:val="24"/>
                <w:szCs w:val="24"/>
                <w:lang w:eastAsia="zh-TW"/>
              </w:rPr>
              <w:br/>
              <w:t>※ 全班家長同意書已全數收回。</w:t>
            </w:r>
          </w:p>
        </w:tc>
      </w:tr>
    </w:tbl>
    <w:p w14:paraId="25325387" w14:textId="77777777" w:rsidR="00D27000" w:rsidRPr="005013BD" w:rsidRDefault="00D27000">
      <w:pPr>
        <w:spacing w:after="80"/>
        <w:rPr>
          <w:sz w:val="24"/>
          <w:szCs w:val="24"/>
          <w:lang w:eastAsia="zh-TW"/>
        </w:rPr>
      </w:pPr>
    </w:p>
    <w:p w14:paraId="16BB32E5" w14:textId="77777777" w:rsidR="00D27000" w:rsidRPr="005013BD" w:rsidRDefault="00000000">
      <w:pPr>
        <w:rPr>
          <w:sz w:val="24"/>
          <w:szCs w:val="24"/>
          <w:lang w:eastAsia="zh-TW"/>
        </w:rPr>
      </w:pPr>
      <w:r w:rsidRPr="005013BD">
        <w:rPr>
          <w:b/>
          <w:color w:val="1B365D"/>
          <w:sz w:val="24"/>
          <w:szCs w:val="24"/>
          <w:lang w:eastAsia="zh-TW"/>
        </w:rPr>
        <w:t>貳、 午餐替代配套措施自主檢核</w:t>
      </w:r>
    </w:p>
    <w:tbl>
      <w:tblPr>
        <w:tblW w:w="0" w:type="auto"/>
        <w:jc w:val="center"/>
        <w:tblBorders>
          <w:top w:val="single" w:sz="6" w:space="0" w:color="B0C4DE"/>
          <w:left w:val="single" w:sz="6" w:space="0" w:color="B0C4DE"/>
          <w:bottom w:val="single" w:sz="6" w:space="0" w:color="B0C4DE"/>
          <w:right w:val="single" w:sz="6" w:space="0" w:color="B0C4DE"/>
          <w:insideH w:val="single" w:sz="6" w:space="0" w:color="B0C4DE"/>
          <w:insideV w:val="single" w:sz="6" w:space="0" w:color="B0C4DE"/>
        </w:tblBorders>
        <w:tblLook w:val="04A0" w:firstRow="1" w:lastRow="0" w:firstColumn="1" w:lastColumn="0" w:noHBand="0" w:noVBand="1"/>
      </w:tblPr>
      <w:tblGrid>
        <w:gridCol w:w="2156"/>
        <w:gridCol w:w="7908"/>
      </w:tblGrid>
      <w:tr w:rsidR="00D27000" w:rsidRPr="005013BD" w14:paraId="761E5EAE" w14:textId="77777777">
        <w:trPr>
          <w:jc w:val="center"/>
        </w:trPr>
        <w:tc>
          <w:tcPr>
            <w:tcW w:w="2160" w:type="dxa"/>
            <w:shd w:val="clear" w:color="auto" w:fill="1B365D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69C2E4B" w14:textId="77777777" w:rsidR="00D27000" w:rsidRPr="005013BD" w:rsidRDefault="00000000" w:rsidP="00127B5E">
            <w:pPr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5013BD">
              <w:rPr>
                <w:b/>
                <w:color w:val="FFFFFF"/>
                <w:sz w:val="24"/>
                <w:szCs w:val="24"/>
              </w:rPr>
              <w:t>檢核項目</w:t>
            </w:r>
            <w:proofErr w:type="spellEnd"/>
          </w:p>
        </w:tc>
        <w:tc>
          <w:tcPr>
            <w:tcW w:w="7920" w:type="dxa"/>
            <w:shd w:val="clear" w:color="auto" w:fill="1B365D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0A8C870" w14:textId="77777777" w:rsidR="00D27000" w:rsidRPr="005013BD" w:rsidRDefault="00000000" w:rsidP="00127B5E">
            <w:pPr>
              <w:spacing w:after="0"/>
              <w:jc w:val="center"/>
              <w:rPr>
                <w:sz w:val="24"/>
                <w:szCs w:val="24"/>
                <w:lang w:eastAsia="zh-TW"/>
              </w:rPr>
            </w:pPr>
            <w:r w:rsidRPr="005013BD">
              <w:rPr>
                <w:b/>
                <w:color w:val="FFFFFF"/>
                <w:sz w:val="24"/>
                <w:szCs w:val="24"/>
                <w:lang w:eastAsia="zh-TW"/>
              </w:rPr>
              <w:t>具體規劃內容與管理措施（請導師勾選並簡述）</w:t>
            </w:r>
          </w:p>
        </w:tc>
      </w:tr>
      <w:tr w:rsidR="00D27000" w:rsidRPr="005013BD" w14:paraId="07764EA8" w14:textId="77777777">
        <w:trPr>
          <w:jc w:val="center"/>
        </w:trPr>
        <w:tc>
          <w:tcPr>
            <w:tcW w:w="2160" w:type="dxa"/>
            <w:shd w:val="clear" w:color="auto" w:fill="F0F4F8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06232BEE" w14:textId="77777777" w:rsidR="00D27000" w:rsidRPr="005013BD" w:rsidRDefault="00000000" w:rsidP="00127B5E">
            <w:pPr>
              <w:spacing w:after="0"/>
              <w:jc w:val="center"/>
              <w:rPr>
                <w:sz w:val="24"/>
                <w:szCs w:val="24"/>
                <w:lang w:eastAsia="zh-TW"/>
              </w:rPr>
            </w:pPr>
            <w:r w:rsidRPr="005013BD">
              <w:rPr>
                <w:b/>
                <w:sz w:val="24"/>
                <w:szCs w:val="24"/>
                <w:lang w:eastAsia="zh-TW"/>
              </w:rPr>
              <w:t>餐飲來源方式</w:t>
            </w:r>
            <w:r w:rsidRPr="005013BD">
              <w:rPr>
                <w:b/>
                <w:sz w:val="24"/>
                <w:szCs w:val="24"/>
                <w:lang w:eastAsia="zh-TW"/>
              </w:rPr>
              <w:br/>
              <w:t>與安全把關</w:t>
            </w:r>
          </w:p>
        </w:tc>
        <w:tc>
          <w:tcPr>
            <w:tcW w:w="792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A7A1C9D" w14:textId="77777777" w:rsidR="00382C5D" w:rsidRDefault="00000000" w:rsidP="00382C5D">
            <w:pPr>
              <w:spacing w:after="0" w:line="288" w:lineRule="auto"/>
              <w:rPr>
                <w:sz w:val="24"/>
                <w:szCs w:val="24"/>
                <w:lang w:eastAsia="zh-TW"/>
              </w:rPr>
            </w:pPr>
            <w:r w:rsidRPr="005013BD">
              <w:rPr>
                <w:sz w:val="24"/>
                <w:szCs w:val="24"/>
                <w:lang w:eastAsia="zh-TW"/>
              </w:rPr>
              <w:t>□ 統一代購外食：合作店家</w:t>
            </w:r>
            <w:proofErr w:type="gramStart"/>
            <w:r w:rsidRPr="005013BD">
              <w:rPr>
                <w:sz w:val="24"/>
                <w:szCs w:val="24"/>
                <w:lang w:eastAsia="zh-TW"/>
              </w:rPr>
              <w:t>＿＿＿＿＿＿＿＿＿</w:t>
            </w:r>
            <w:proofErr w:type="gramEnd"/>
            <w:r w:rsidRPr="005013BD">
              <w:rPr>
                <w:sz w:val="24"/>
                <w:szCs w:val="24"/>
                <w:lang w:eastAsia="zh-TW"/>
              </w:rPr>
              <w:t>，</w:t>
            </w:r>
            <w:r w:rsidR="00382C5D" w:rsidRPr="005013BD">
              <w:rPr>
                <w:sz w:val="24"/>
                <w:szCs w:val="24"/>
                <w:lang w:eastAsia="zh-TW"/>
              </w:rPr>
              <w:t>由班級統一挑選合適</w:t>
            </w:r>
          </w:p>
          <w:p w14:paraId="14AC8278" w14:textId="77777777" w:rsidR="00382C5D" w:rsidRDefault="00382C5D" w:rsidP="00382C5D">
            <w:pPr>
              <w:spacing w:after="0" w:line="288" w:lineRule="auto"/>
              <w:ind w:firstLineChars="850" w:firstLine="2040"/>
              <w:rPr>
                <w:sz w:val="24"/>
                <w:szCs w:val="24"/>
                <w:lang w:eastAsia="zh-TW"/>
              </w:rPr>
            </w:pPr>
            <w:r w:rsidRPr="005013BD">
              <w:rPr>
                <w:sz w:val="24"/>
                <w:szCs w:val="24"/>
                <w:lang w:eastAsia="zh-TW"/>
              </w:rPr>
              <w:t>且信譽良好之店家代購餐點，並留意餐點新鮮衛生與</w:t>
            </w:r>
          </w:p>
          <w:p w14:paraId="34C523CA" w14:textId="77777777" w:rsidR="00382C5D" w:rsidRDefault="00382C5D" w:rsidP="00127B5E">
            <w:pPr>
              <w:spacing w:after="0" w:line="288" w:lineRule="auto"/>
              <w:ind w:firstLineChars="850" w:firstLine="2040"/>
              <w:rPr>
                <w:sz w:val="24"/>
                <w:szCs w:val="24"/>
                <w:lang w:eastAsia="zh-TW"/>
              </w:rPr>
            </w:pPr>
            <w:r w:rsidRPr="005013BD">
              <w:rPr>
                <w:sz w:val="24"/>
                <w:szCs w:val="24"/>
                <w:lang w:eastAsia="zh-TW"/>
              </w:rPr>
              <w:t>當餐食用原則。</w:t>
            </w:r>
            <w:r w:rsidR="00000000" w:rsidRPr="005013BD">
              <w:rPr>
                <w:sz w:val="24"/>
                <w:szCs w:val="24"/>
                <w:lang w:eastAsia="zh-TW"/>
              </w:rPr>
              <w:br/>
            </w:r>
            <w:r w:rsidR="00000000" w:rsidRPr="005013BD">
              <w:rPr>
                <w:sz w:val="24"/>
                <w:szCs w:val="24"/>
                <w:lang w:eastAsia="zh-TW"/>
              </w:rPr>
              <w:br/>
              <w:t>□ 班級實作烹飪：</w:t>
            </w:r>
            <w:r w:rsidRPr="005013BD">
              <w:rPr>
                <w:sz w:val="24"/>
                <w:szCs w:val="24"/>
                <w:lang w:eastAsia="zh-TW"/>
              </w:rPr>
              <w:t>配合班級主題或課程活動自行準備簡易餐點，食材注</w:t>
            </w:r>
          </w:p>
          <w:p w14:paraId="736FA31D" w14:textId="77777777" w:rsidR="00382C5D" w:rsidRDefault="00382C5D" w:rsidP="00127B5E">
            <w:pPr>
              <w:spacing w:after="0" w:line="288" w:lineRule="auto"/>
              <w:ind w:firstLineChars="850" w:firstLine="2040"/>
              <w:rPr>
                <w:sz w:val="24"/>
                <w:szCs w:val="24"/>
                <w:lang w:eastAsia="zh-TW"/>
              </w:rPr>
            </w:pPr>
            <w:r w:rsidRPr="005013BD">
              <w:rPr>
                <w:sz w:val="24"/>
                <w:szCs w:val="24"/>
                <w:lang w:eastAsia="zh-TW"/>
              </w:rPr>
              <w:t>重乾淨新鮮，並由導師</w:t>
            </w:r>
            <w:r>
              <w:rPr>
                <w:rFonts w:hint="eastAsia"/>
                <w:sz w:val="24"/>
                <w:szCs w:val="24"/>
                <w:lang w:eastAsia="zh-TW"/>
              </w:rPr>
              <w:t>或任課老師</w:t>
            </w:r>
            <w:r w:rsidRPr="005013BD">
              <w:rPr>
                <w:sz w:val="24"/>
                <w:szCs w:val="24"/>
                <w:lang w:eastAsia="zh-TW"/>
              </w:rPr>
              <w:t>指導學生落實個人</w:t>
            </w:r>
          </w:p>
          <w:p w14:paraId="0E590089" w14:textId="09FABEA0" w:rsidR="00D27000" w:rsidRPr="005013BD" w:rsidRDefault="00382C5D" w:rsidP="00127B5E">
            <w:pPr>
              <w:spacing w:after="0" w:line="288" w:lineRule="auto"/>
              <w:ind w:firstLineChars="850" w:firstLine="2040"/>
              <w:rPr>
                <w:sz w:val="24"/>
                <w:szCs w:val="24"/>
                <w:lang w:eastAsia="zh-TW"/>
              </w:rPr>
            </w:pPr>
            <w:r w:rsidRPr="005013BD">
              <w:rPr>
                <w:sz w:val="24"/>
                <w:szCs w:val="24"/>
                <w:lang w:eastAsia="zh-TW"/>
              </w:rPr>
              <w:t>衛生。</w:t>
            </w:r>
          </w:p>
        </w:tc>
      </w:tr>
    </w:tbl>
    <w:p w14:paraId="4FD54BB2" w14:textId="77777777" w:rsidR="00D27000" w:rsidRPr="005013BD" w:rsidRDefault="00D27000">
      <w:pPr>
        <w:spacing w:after="120"/>
        <w:rPr>
          <w:sz w:val="24"/>
          <w:szCs w:val="24"/>
          <w:lang w:eastAsia="zh-TW"/>
        </w:rPr>
      </w:pPr>
    </w:p>
    <w:p w14:paraId="44C5D59D" w14:textId="77777777" w:rsidR="00D27000" w:rsidRPr="005013BD" w:rsidRDefault="00000000">
      <w:pPr>
        <w:rPr>
          <w:sz w:val="24"/>
          <w:szCs w:val="24"/>
          <w:lang w:eastAsia="zh-TW"/>
        </w:rPr>
      </w:pPr>
      <w:r w:rsidRPr="005013BD">
        <w:rPr>
          <w:b/>
          <w:color w:val="1B365D"/>
          <w:sz w:val="24"/>
          <w:szCs w:val="24"/>
          <w:lang w:eastAsia="zh-TW"/>
        </w:rPr>
        <w:t>參、 行政陳核與備查簽章</w:t>
      </w:r>
    </w:p>
    <w:tbl>
      <w:tblPr>
        <w:tblW w:w="0" w:type="auto"/>
        <w:jc w:val="center"/>
        <w:tblBorders>
          <w:top w:val="single" w:sz="6" w:space="0" w:color="B0C4DE"/>
          <w:left w:val="single" w:sz="6" w:space="0" w:color="B0C4DE"/>
          <w:bottom w:val="single" w:sz="6" w:space="0" w:color="B0C4DE"/>
          <w:right w:val="single" w:sz="6" w:space="0" w:color="B0C4DE"/>
          <w:insideH w:val="single" w:sz="6" w:space="0" w:color="B0C4DE"/>
          <w:insideV w:val="single" w:sz="6" w:space="0" w:color="B0C4DE"/>
        </w:tblBorders>
        <w:tblLook w:val="04A0" w:firstRow="1" w:lastRow="0" w:firstColumn="1" w:lastColumn="0" w:noHBand="0" w:noVBand="1"/>
      </w:tblPr>
      <w:tblGrid>
        <w:gridCol w:w="2516"/>
        <w:gridCol w:w="2516"/>
        <w:gridCol w:w="2516"/>
        <w:gridCol w:w="2516"/>
      </w:tblGrid>
      <w:tr w:rsidR="00D27000" w:rsidRPr="005013BD" w14:paraId="120EBA51" w14:textId="77777777">
        <w:trPr>
          <w:jc w:val="center"/>
        </w:trPr>
        <w:tc>
          <w:tcPr>
            <w:tcW w:w="2520" w:type="dxa"/>
            <w:shd w:val="clear" w:color="auto" w:fill="F0F4F8"/>
            <w:tcMar>
              <w:top w:w="60" w:type="dxa"/>
              <w:left w:w="50" w:type="dxa"/>
              <w:bottom w:w="60" w:type="dxa"/>
              <w:right w:w="50" w:type="dxa"/>
            </w:tcMar>
          </w:tcPr>
          <w:p w14:paraId="74A0BBBA" w14:textId="77777777" w:rsidR="00D27000" w:rsidRPr="005013BD" w:rsidRDefault="00000000" w:rsidP="00382C5D">
            <w:pPr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5013BD">
              <w:rPr>
                <w:b/>
                <w:sz w:val="24"/>
                <w:szCs w:val="24"/>
              </w:rPr>
              <w:t>申請導師</w:t>
            </w:r>
            <w:proofErr w:type="spellEnd"/>
          </w:p>
        </w:tc>
        <w:tc>
          <w:tcPr>
            <w:tcW w:w="2520" w:type="dxa"/>
            <w:shd w:val="clear" w:color="auto" w:fill="F0F4F8"/>
            <w:tcMar>
              <w:top w:w="60" w:type="dxa"/>
              <w:left w:w="50" w:type="dxa"/>
              <w:bottom w:w="60" w:type="dxa"/>
              <w:right w:w="50" w:type="dxa"/>
            </w:tcMar>
          </w:tcPr>
          <w:p w14:paraId="554ECAA7" w14:textId="77777777" w:rsidR="00D27000" w:rsidRPr="005013BD" w:rsidRDefault="00000000" w:rsidP="00382C5D">
            <w:pPr>
              <w:spacing w:after="0"/>
              <w:jc w:val="center"/>
              <w:rPr>
                <w:sz w:val="24"/>
                <w:szCs w:val="24"/>
              </w:rPr>
            </w:pPr>
            <w:r w:rsidRPr="005013BD">
              <w:rPr>
                <w:b/>
                <w:sz w:val="24"/>
                <w:szCs w:val="24"/>
              </w:rPr>
              <w:t>午餐秘書</w:t>
            </w:r>
          </w:p>
        </w:tc>
        <w:tc>
          <w:tcPr>
            <w:tcW w:w="2520" w:type="dxa"/>
            <w:shd w:val="clear" w:color="auto" w:fill="F0F4F8"/>
            <w:tcMar>
              <w:top w:w="60" w:type="dxa"/>
              <w:left w:w="50" w:type="dxa"/>
              <w:bottom w:w="60" w:type="dxa"/>
              <w:right w:w="50" w:type="dxa"/>
            </w:tcMar>
          </w:tcPr>
          <w:p w14:paraId="4AC13AB7" w14:textId="77777777" w:rsidR="00D27000" w:rsidRPr="005013BD" w:rsidRDefault="00000000" w:rsidP="00382C5D">
            <w:pPr>
              <w:spacing w:after="0"/>
              <w:jc w:val="center"/>
              <w:rPr>
                <w:sz w:val="24"/>
                <w:szCs w:val="24"/>
              </w:rPr>
            </w:pPr>
            <w:r w:rsidRPr="005013BD">
              <w:rPr>
                <w:b/>
                <w:sz w:val="24"/>
                <w:szCs w:val="24"/>
              </w:rPr>
              <w:t>學務主任</w:t>
            </w:r>
          </w:p>
        </w:tc>
        <w:tc>
          <w:tcPr>
            <w:tcW w:w="2520" w:type="dxa"/>
            <w:shd w:val="clear" w:color="auto" w:fill="F0F4F8"/>
            <w:tcMar>
              <w:top w:w="60" w:type="dxa"/>
              <w:left w:w="50" w:type="dxa"/>
              <w:bottom w:w="60" w:type="dxa"/>
              <w:right w:w="50" w:type="dxa"/>
            </w:tcMar>
          </w:tcPr>
          <w:p w14:paraId="71F65458" w14:textId="77777777" w:rsidR="00D27000" w:rsidRPr="005013BD" w:rsidRDefault="00000000" w:rsidP="00382C5D">
            <w:pPr>
              <w:spacing w:after="0"/>
              <w:jc w:val="center"/>
              <w:rPr>
                <w:sz w:val="24"/>
                <w:szCs w:val="24"/>
              </w:rPr>
            </w:pPr>
            <w:r w:rsidRPr="005013BD">
              <w:rPr>
                <w:b/>
                <w:sz w:val="24"/>
                <w:szCs w:val="24"/>
              </w:rPr>
              <w:t>校長</w:t>
            </w:r>
          </w:p>
        </w:tc>
      </w:tr>
      <w:tr w:rsidR="00D27000" w:rsidRPr="005013BD" w14:paraId="3A96374F" w14:textId="77777777">
        <w:trPr>
          <w:jc w:val="center"/>
        </w:trPr>
        <w:tc>
          <w:tcPr>
            <w:tcW w:w="2520" w:type="dxa"/>
            <w:tcMar>
              <w:top w:w="140" w:type="dxa"/>
              <w:left w:w="50" w:type="dxa"/>
              <w:bottom w:w="140" w:type="dxa"/>
              <w:right w:w="50" w:type="dxa"/>
            </w:tcMar>
          </w:tcPr>
          <w:p w14:paraId="5A0E8320" w14:textId="77777777" w:rsidR="00D27000" w:rsidRPr="005013BD" w:rsidRDefault="00000000" w:rsidP="00382C5D">
            <w:pPr>
              <w:spacing w:after="0"/>
              <w:jc w:val="center"/>
              <w:rPr>
                <w:sz w:val="24"/>
                <w:szCs w:val="24"/>
              </w:rPr>
            </w:pPr>
            <w:r w:rsidRPr="005013BD">
              <w:rPr>
                <w:sz w:val="24"/>
                <w:szCs w:val="24"/>
              </w:rPr>
              <w:br/>
            </w:r>
            <w:r w:rsidRPr="005013BD">
              <w:rPr>
                <w:sz w:val="24"/>
                <w:szCs w:val="24"/>
              </w:rPr>
              <w:br/>
            </w:r>
          </w:p>
        </w:tc>
        <w:tc>
          <w:tcPr>
            <w:tcW w:w="2520" w:type="dxa"/>
            <w:tcMar>
              <w:top w:w="140" w:type="dxa"/>
              <w:left w:w="50" w:type="dxa"/>
              <w:bottom w:w="140" w:type="dxa"/>
              <w:right w:w="50" w:type="dxa"/>
            </w:tcMar>
          </w:tcPr>
          <w:p w14:paraId="79C94A53" w14:textId="77777777" w:rsidR="00D27000" w:rsidRPr="005013BD" w:rsidRDefault="00000000" w:rsidP="00382C5D">
            <w:pPr>
              <w:spacing w:after="0"/>
              <w:jc w:val="center"/>
              <w:rPr>
                <w:sz w:val="24"/>
                <w:szCs w:val="24"/>
              </w:rPr>
            </w:pPr>
            <w:r w:rsidRPr="005013BD">
              <w:rPr>
                <w:sz w:val="24"/>
                <w:szCs w:val="24"/>
              </w:rPr>
              <w:br/>
            </w:r>
            <w:r w:rsidRPr="005013BD">
              <w:rPr>
                <w:sz w:val="24"/>
                <w:szCs w:val="24"/>
              </w:rPr>
              <w:br/>
            </w:r>
          </w:p>
        </w:tc>
        <w:tc>
          <w:tcPr>
            <w:tcW w:w="2520" w:type="dxa"/>
            <w:tcMar>
              <w:top w:w="140" w:type="dxa"/>
              <w:left w:w="50" w:type="dxa"/>
              <w:bottom w:w="140" w:type="dxa"/>
              <w:right w:w="50" w:type="dxa"/>
            </w:tcMar>
          </w:tcPr>
          <w:p w14:paraId="3A353AFA" w14:textId="77777777" w:rsidR="00D27000" w:rsidRPr="005013BD" w:rsidRDefault="00000000" w:rsidP="00382C5D">
            <w:pPr>
              <w:spacing w:after="0"/>
              <w:jc w:val="center"/>
              <w:rPr>
                <w:sz w:val="24"/>
                <w:szCs w:val="24"/>
              </w:rPr>
            </w:pPr>
            <w:r w:rsidRPr="005013BD">
              <w:rPr>
                <w:sz w:val="24"/>
                <w:szCs w:val="24"/>
              </w:rPr>
              <w:br/>
            </w:r>
            <w:r w:rsidRPr="005013BD">
              <w:rPr>
                <w:sz w:val="24"/>
                <w:szCs w:val="24"/>
              </w:rPr>
              <w:br/>
            </w:r>
          </w:p>
        </w:tc>
        <w:tc>
          <w:tcPr>
            <w:tcW w:w="2520" w:type="dxa"/>
            <w:tcMar>
              <w:top w:w="140" w:type="dxa"/>
              <w:left w:w="50" w:type="dxa"/>
              <w:bottom w:w="140" w:type="dxa"/>
              <w:right w:w="50" w:type="dxa"/>
            </w:tcMar>
          </w:tcPr>
          <w:p w14:paraId="27246728" w14:textId="77777777" w:rsidR="00D27000" w:rsidRPr="005013BD" w:rsidRDefault="00000000" w:rsidP="00382C5D">
            <w:pPr>
              <w:spacing w:after="0"/>
              <w:jc w:val="center"/>
              <w:rPr>
                <w:sz w:val="24"/>
                <w:szCs w:val="24"/>
              </w:rPr>
            </w:pPr>
            <w:r w:rsidRPr="005013BD">
              <w:rPr>
                <w:sz w:val="24"/>
                <w:szCs w:val="24"/>
              </w:rPr>
              <w:br/>
            </w:r>
            <w:r w:rsidRPr="005013BD">
              <w:rPr>
                <w:sz w:val="24"/>
                <w:szCs w:val="24"/>
              </w:rPr>
              <w:br/>
            </w:r>
          </w:p>
        </w:tc>
      </w:tr>
    </w:tbl>
    <w:p w14:paraId="2FD49A02" w14:textId="21293441" w:rsidR="00D27000" w:rsidRPr="005013BD" w:rsidRDefault="00D27000" w:rsidP="00382C5D">
      <w:pPr>
        <w:spacing w:before="120"/>
        <w:rPr>
          <w:sz w:val="24"/>
          <w:szCs w:val="24"/>
          <w:lang w:eastAsia="zh-TW"/>
        </w:rPr>
      </w:pPr>
    </w:p>
    <w:sectPr w:rsidR="00D27000" w:rsidRPr="005013BD" w:rsidSect="00034616">
      <w:pgSz w:w="12240" w:h="15840"/>
      <w:pgMar w:top="1008" w:right="1080" w:bottom="100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29989473">
    <w:abstractNumId w:val="8"/>
  </w:num>
  <w:num w:numId="2" w16cid:durableId="2079011232">
    <w:abstractNumId w:val="6"/>
  </w:num>
  <w:num w:numId="3" w16cid:durableId="1582135836">
    <w:abstractNumId w:val="5"/>
  </w:num>
  <w:num w:numId="4" w16cid:durableId="2046060506">
    <w:abstractNumId w:val="4"/>
  </w:num>
  <w:num w:numId="5" w16cid:durableId="28918893">
    <w:abstractNumId w:val="7"/>
  </w:num>
  <w:num w:numId="6" w16cid:durableId="1160390542">
    <w:abstractNumId w:val="3"/>
  </w:num>
  <w:num w:numId="7" w16cid:durableId="768046825">
    <w:abstractNumId w:val="2"/>
  </w:num>
  <w:num w:numId="8" w16cid:durableId="709378345">
    <w:abstractNumId w:val="1"/>
  </w:num>
  <w:num w:numId="9" w16cid:durableId="769737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D5B1A"/>
    <w:rsid w:val="00127B5E"/>
    <w:rsid w:val="0015074B"/>
    <w:rsid w:val="0029639D"/>
    <w:rsid w:val="00326F90"/>
    <w:rsid w:val="00382C5D"/>
    <w:rsid w:val="005013BD"/>
    <w:rsid w:val="00636643"/>
    <w:rsid w:val="00942DBF"/>
    <w:rsid w:val="009C3459"/>
    <w:rsid w:val="00A1389F"/>
    <w:rsid w:val="00AA1D8D"/>
    <w:rsid w:val="00B47730"/>
    <w:rsid w:val="00CB0664"/>
    <w:rsid w:val="00D2700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25515D9"/>
  <w14:defaultImageDpi w14:val="300"/>
  <w15:docId w15:val="{66142886-CD52-40C6-B001-B9F13DC29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標楷體" w:eastAsia="標楷體" w:hAnsi="標楷體"/>
      <w:color w:val="333333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頁首 字元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頁尾 字元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標題 1 字元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標題 2 字元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標題 3 字元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標題 字元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標題 字元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字元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字元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字元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巨集文字 字元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文 字元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標題 4 字元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標題 5 字元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標題 6 字元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標題 7 字元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標題 9 字元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鮮明引文 字元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岳哲 鍾</cp:lastModifiedBy>
  <cp:revision>2</cp:revision>
  <dcterms:created xsi:type="dcterms:W3CDTF">2026-09-02T00:08:00Z</dcterms:created>
  <dcterms:modified xsi:type="dcterms:W3CDTF">2026-09-02T00:08:00Z</dcterms:modified>
  <cp:category/>
</cp:coreProperties>
</file>